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78084" w14:textId="42BE6BD8" w:rsidR="000D3E48" w:rsidRDefault="00CA3620">
      <w:pPr>
        <w:pStyle w:val="Heading1"/>
      </w:pPr>
      <w:r>
        <w:t>IJOA Sponsorship Commitment Form</w:t>
      </w:r>
    </w:p>
    <w:p w14:paraId="3BBA08C4" w14:textId="77777777" w:rsidR="000D3E48" w:rsidRDefault="00CA3620">
      <w:r>
        <w:t>Conference Dates: June 3–5, 2026 | Bloomington-Normal, IL</w:t>
      </w:r>
    </w:p>
    <w:p w14:paraId="6AEF259C" w14:textId="77777777" w:rsidR="000D3E48" w:rsidRDefault="00CA3620">
      <w:r>
        <w:t>Thank you for your support of the Illinois Juvenile Officers Association (IJOA). Please complete the information below to confirm your sponsorship commitment.</w:t>
      </w:r>
      <w:r>
        <w:br/>
      </w:r>
    </w:p>
    <w:p w14:paraId="7382CCC7" w14:textId="77777777" w:rsidR="000D3E48" w:rsidRDefault="00CA3620">
      <w:pPr>
        <w:pStyle w:val="Heading2"/>
      </w:pPr>
      <w:r>
        <w:t>Sponsor Information</w:t>
      </w:r>
    </w:p>
    <w:p w14:paraId="7BF6D8EA" w14:textId="77777777" w:rsidR="000D3E48" w:rsidRDefault="00CA3620">
      <w:r>
        <w:t>Organization Name: _______________________________________________</w:t>
      </w:r>
    </w:p>
    <w:p w14:paraId="47EC7521" w14:textId="77777777" w:rsidR="000D3E48" w:rsidRDefault="00CA3620">
      <w:r>
        <w:t>Primary Contact Name &amp; Title: _____________________________________</w:t>
      </w:r>
    </w:p>
    <w:p w14:paraId="55565106" w14:textId="77777777" w:rsidR="000D3E48" w:rsidRDefault="00CA3620">
      <w:r>
        <w:t>Email: _____________________________________________________________</w:t>
      </w:r>
    </w:p>
    <w:p w14:paraId="6B6F2B71" w14:textId="77777777" w:rsidR="000D3E48" w:rsidRDefault="00CA3620">
      <w:r>
        <w:t>Phone Number: ______________________________________________________</w:t>
      </w:r>
    </w:p>
    <w:p w14:paraId="22E28D35" w14:textId="77777777" w:rsidR="000D3E48" w:rsidRDefault="00CA3620">
      <w:r>
        <w:t>Mailing Address: ___________________________________________________</w:t>
      </w:r>
      <w:r>
        <w:br/>
      </w:r>
    </w:p>
    <w:p w14:paraId="684FE72B" w14:textId="77777777" w:rsidR="000D3E48" w:rsidRDefault="00CA3620">
      <w:pPr>
        <w:pStyle w:val="Heading2"/>
      </w:pPr>
      <w:r>
        <w:t>Sponsorship Level (select one)</w:t>
      </w:r>
    </w:p>
    <w:p w14:paraId="5C64504F" w14:textId="77777777" w:rsidR="000D3E48" w:rsidRDefault="00CA3620">
      <w:pPr>
        <w:pStyle w:val="ListBullet"/>
      </w:pPr>
      <w:r>
        <w:t>☐ Platinum Sponsor - $10,000</w:t>
      </w:r>
    </w:p>
    <w:p w14:paraId="0F69D1ED" w14:textId="77777777" w:rsidR="000D3E48" w:rsidRDefault="00CA3620">
      <w:pPr>
        <w:pStyle w:val="ListBullet"/>
      </w:pPr>
      <w:r>
        <w:t>☐ Gold Sponsor - $5,000</w:t>
      </w:r>
    </w:p>
    <w:p w14:paraId="69A721CD" w14:textId="77777777" w:rsidR="000D3E48" w:rsidRDefault="00CA3620">
      <w:pPr>
        <w:pStyle w:val="ListBullet"/>
      </w:pPr>
      <w:r>
        <w:t>☐ Silver Sponsor - $2,500</w:t>
      </w:r>
    </w:p>
    <w:p w14:paraId="4BC891DC" w14:textId="77777777" w:rsidR="000D3E48" w:rsidRDefault="00CA3620">
      <w:pPr>
        <w:pStyle w:val="ListBullet"/>
      </w:pPr>
      <w:r>
        <w:t>☐ Bronze Sponsor - $1,000</w:t>
      </w:r>
    </w:p>
    <w:p w14:paraId="68907D56" w14:textId="77777777" w:rsidR="000D3E48" w:rsidRDefault="00CA3620">
      <w:pPr>
        <w:pStyle w:val="ListBullet"/>
      </w:pPr>
      <w:r>
        <w:t>☐ Friend of the Conference - $500</w:t>
      </w:r>
    </w:p>
    <w:p w14:paraId="0A2532F9" w14:textId="77777777" w:rsidR="009D3832" w:rsidRDefault="00CA3620">
      <w:r>
        <w:t xml:space="preserve">☐ Please invoice our organization for the sponsorship level selected above. </w:t>
      </w:r>
    </w:p>
    <w:p w14:paraId="50212F0E" w14:textId="77777777" w:rsidR="000D3E48" w:rsidRDefault="00CA3620">
      <w:r>
        <w:t>☐ Payment included.</w:t>
      </w:r>
      <w:r>
        <w:br/>
      </w:r>
    </w:p>
    <w:p w14:paraId="2417198F" w14:textId="77777777" w:rsidR="000D3E48" w:rsidRDefault="00CA3620">
      <w:pPr>
        <w:pStyle w:val="Heading2"/>
      </w:pPr>
      <w:r>
        <w:t>Exhibit Table Option (if applicable)</w:t>
      </w:r>
    </w:p>
    <w:p w14:paraId="253C44E3" w14:textId="77777777" w:rsidR="000D3E48" w:rsidRDefault="00CA3620">
      <w:r>
        <w:t>☐ We would like to reserve a vendor table at the conference (no additional cost).</w:t>
      </w:r>
    </w:p>
    <w:p w14:paraId="142B8C50" w14:textId="77777777" w:rsidR="000D3E48" w:rsidRDefault="00CA3620">
      <w:r>
        <w:t>Authorized Signature: __________________________________________</w:t>
      </w:r>
    </w:p>
    <w:p w14:paraId="65B2965A" w14:textId="77777777" w:rsidR="000D3E48" w:rsidRDefault="00CA3620">
      <w:r>
        <w:t>Printed Name: _________________________________________________</w:t>
      </w:r>
    </w:p>
    <w:p w14:paraId="0F3EEADE" w14:textId="77777777" w:rsidR="000D3E48" w:rsidRDefault="00CA3620">
      <w:r>
        <w:t>Date: _________________________________________________________</w:t>
      </w:r>
      <w:r>
        <w:br/>
      </w:r>
    </w:p>
    <w:p w14:paraId="7BC4F6E6" w14:textId="77777777" w:rsidR="009D3832" w:rsidRDefault="00CA3620">
      <w:r>
        <w:t xml:space="preserve">Please return the completed form to: </w:t>
      </w:r>
      <w:hyperlink r:id="rId8" w:history="1">
        <w:r w:rsidR="009D3832" w:rsidRPr="001D77EF">
          <w:rPr>
            <w:rStyle w:val="Hyperlink"/>
          </w:rPr>
          <w:t>mmaloney@crystallake.org</w:t>
        </w:r>
      </w:hyperlink>
      <w:r w:rsidR="009D3832">
        <w:t xml:space="preserve"> or mail to IJOA, 1 S. Virginia Street, Crystal Lake, IL, 60014</w:t>
      </w:r>
    </w:p>
    <w:sectPr w:rsidR="009D3832" w:rsidSect="000346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BA71E" w14:textId="77777777" w:rsidR="00CA5D1F" w:rsidRDefault="00CA5D1F" w:rsidP="00CA5D1F">
      <w:pPr>
        <w:spacing w:after="0" w:line="240" w:lineRule="auto"/>
      </w:pPr>
      <w:r>
        <w:separator/>
      </w:r>
    </w:p>
  </w:endnote>
  <w:endnote w:type="continuationSeparator" w:id="0">
    <w:p w14:paraId="538E96C5" w14:textId="77777777" w:rsidR="00CA5D1F" w:rsidRDefault="00CA5D1F" w:rsidP="00CA5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5F24" w14:textId="77777777" w:rsidR="00CA5D1F" w:rsidRDefault="00CA5D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E178F" w14:textId="77777777" w:rsidR="00CA5D1F" w:rsidRDefault="00CA5D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5516" w14:textId="77777777" w:rsidR="00CA5D1F" w:rsidRDefault="00CA5D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3E483" w14:textId="77777777" w:rsidR="00CA5D1F" w:rsidRDefault="00CA5D1F" w:rsidP="00CA5D1F">
      <w:pPr>
        <w:spacing w:after="0" w:line="240" w:lineRule="auto"/>
      </w:pPr>
      <w:r>
        <w:separator/>
      </w:r>
    </w:p>
  </w:footnote>
  <w:footnote w:type="continuationSeparator" w:id="0">
    <w:p w14:paraId="6A4189BE" w14:textId="77777777" w:rsidR="00CA5D1F" w:rsidRDefault="00CA5D1F" w:rsidP="00CA5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6533B" w14:textId="69C637F5" w:rsidR="00CA5D1F" w:rsidRDefault="00CA5D1F">
    <w:pPr>
      <w:pStyle w:val="Header"/>
    </w:pPr>
    <w:r>
      <w:rPr>
        <w:noProof/>
      </w:rPr>
      <w:pict w14:anchorId="745DA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5590110" o:spid="_x0000_s2051" type="#_x0000_t75" style="position:absolute;margin-left:0;margin-top:0;width:430.95pt;height:368.5pt;z-index:-251657216;mso-position-horizontal:center;mso-position-horizontal-relative:margin;mso-position-vertical:center;mso-position-vertical-relative:margin" o:allowincell="f">
          <v:imagedata r:id="rId1" o:title="New IJOA Logo - PN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39C75" w14:textId="47C1617D" w:rsidR="00CA5D1F" w:rsidRDefault="00CA5D1F">
    <w:pPr>
      <w:pStyle w:val="Header"/>
    </w:pPr>
    <w:r>
      <w:rPr>
        <w:noProof/>
      </w:rPr>
      <w:pict w14:anchorId="60C5D4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5590111" o:spid="_x0000_s2052" type="#_x0000_t75" style="position:absolute;margin-left:0;margin-top:0;width:430.95pt;height:368.5pt;z-index:-251656192;mso-position-horizontal:center;mso-position-horizontal-relative:margin;mso-position-vertical:center;mso-position-vertical-relative:margin" o:allowincell="f">
          <v:imagedata r:id="rId1" o:title="New IJOA Logo - PNG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4B3E6" w14:textId="4F9FEF8D" w:rsidR="00CA5D1F" w:rsidRDefault="00CA5D1F">
    <w:pPr>
      <w:pStyle w:val="Header"/>
    </w:pPr>
    <w:r>
      <w:rPr>
        <w:noProof/>
      </w:rPr>
      <w:pict w14:anchorId="45B5C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5590109" o:spid="_x0000_s2050" type="#_x0000_t75" style="position:absolute;margin-left:0;margin-top:0;width:430.95pt;height:368.5pt;z-index:-251658240;mso-position-horizontal:center;mso-position-horizontal-relative:margin;mso-position-vertical:center;mso-position-vertical-relative:margin" o:allowincell="f">
          <v:imagedata r:id="rId1" o:title="New IJOA Logo - PNG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33660008">
    <w:abstractNumId w:val="8"/>
  </w:num>
  <w:num w:numId="2" w16cid:durableId="1093555597">
    <w:abstractNumId w:val="6"/>
  </w:num>
  <w:num w:numId="3" w16cid:durableId="1991277936">
    <w:abstractNumId w:val="5"/>
  </w:num>
  <w:num w:numId="4" w16cid:durableId="1233465422">
    <w:abstractNumId w:val="4"/>
  </w:num>
  <w:num w:numId="5" w16cid:durableId="1969121942">
    <w:abstractNumId w:val="7"/>
  </w:num>
  <w:num w:numId="6" w16cid:durableId="1775124722">
    <w:abstractNumId w:val="3"/>
  </w:num>
  <w:num w:numId="7" w16cid:durableId="1236010195">
    <w:abstractNumId w:val="2"/>
  </w:num>
  <w:num w:numId="8" w16cid:durableId="750590184">
    <w:abstractNumId w:val="1"/>
  </w:num>
  <w:num w:numId="9" w16cid:durableId="1098940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D3E48"/>
    <w:rsid w:val="0015074B"/>
    <w:rsid w:val="001B1CD4"/>
    <w:rsid w:val="0029639D"/>
    <w:rsid w:val="00326F90"/>
    <w:rsid w:val="00575FA7"/>
    <w:rsid w:val="0068144F"/>
    <w:rsid w:val="006933E3"/>
    <w:rsid w:val="00926A72"/>
    <w:rsid w:val="009D3832"/>
    <w:rsid w:val="00A47462"/>
    <w:rsid w:val="00AA1D8D"/>
    <w:rsid w:val="00B47730"/>
    <w:rsid w:val="00B76694"/>
    <w:rsid w:val="00C07B6B"/>
    <w:rsid w:val="00C85A45"/>
    <w:rsid w:val="00CA3620"/>
    <w:rsid w:val="00CA5D1F"/>
    <w:rsid w:val="00CB0664"/>
    <w:rsid w:val="00CC159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12099FDA"/>
  <w14:defaultImageDpi w14:val="300"/>
  <w15:docId w15:val="{A8F42FDB-BED4-478E-B021-FB8C01F5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9D3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aloney@crystallake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3C7BF5-7548-4143-BBA9-06BC2D415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Mike Quick</cp:lastModifiedBy>
  <cp:revision>2</cp:revision>
  <dcterms:created xsi:type="dcterms:W3CDTF">2026-02-09T19:34:00Z</dcterms:created>
  <dcterms:modified xsi:type="dcterms:W3CDTF">2026-02-09T19:34:00Z</dcterms:modified>
  <cp:category/>
</cp:coreProperties>
</file>