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18DEF" w14:textId="77777777" w:rsidR="007C5D2A" w:rsidRDefault="007C5D2A">
      <w:pPr>
        <w:pStyle w:val="Heading1"/>
      </w:pPr>
    </w:p>
    <w:p w14:paraId="3FE55DE7" w14:textId="77777777" w:rsidR="007C5D2A" w:rsidRDefault="007C5D2A">
      <w:pPr>
        <w:pStyle w:val="Heading1"/>
      </w:pPr>
    </w:p>
    <w:p w14:paraId="560BD47C" w14:textId="7A4EE648" w:rsidR="0095183E" w:rsidRDefault="00AA4B90">
      <w:pPr>
        <w:pStyle w:val="Heading1"/>
      </w:pPr>
      <w:r>
        <w:t>IJOA Vendor Table Commitment Form</w:t>
      </w:r>
    </w:p>
    <w:p w14:paraId="1EE372AA" w14:textId="77777777" w:rsidR="0095183E" w:rsidRDefault="00AA4B90">
      <w:r>
        <w:t>Conference Dates: June 3–5, 2026 | Bloomington-Normal, IL</w:t>
      </w:r>
    </w:p>
    <w:p w14:paraId="16B2A087" w14:textId="77777777" w:rsidR="0095183E" w:rsidRDefault="00AA4B90">
      <w:r>
        <w:t>Please complete the form below to confirm your vendor table reservation.</w:t>
      </w:r>
      <w:r>
        <w:br/>
      </w:r>
    </w:p>
    <w:p w14:paraId="5DC51A6E" w14:textId="5A7C8333" w:rsidR="0095183E" w:rsidRDefault="00AA4B90">
      <w:r>
        <w:t>Organization Name: _______________________________</w:t>
      </w:r>
      <w:r w:rsidR="00294CAF">
        <w:t>_______________________________________</w:t>
      </w:r>
    </w:p>
    <w:p w14:paraId="6D93E16C" w14:textId="325A1A1D" w:rsidR="0095183E" w:rsidRDefault="00AA4B90">
      <w:r>
        <w:t>Primary Contact Name: _______________________________</w:t>
      </w:r>
      <w:r w:rsidR="00294CAF">
        <w:t>___________________________________</w:t>
      </w:r>
    </w:p>
    <w:p w14:paraId="5D3BE8EA" w14:textId="59B0459A" w:rsidR="0095183E" w:rsidRDefault="00AA4B90">
      <w:r>
        <w:t>Email Address: _______________________________</w:t>
      </w:r>
      <w:r w:rsidR="00294CAF">
        <w:t>____________________________________________</w:t>
      </w:r>
      <w:r w:rsidR="002D7560">
        <w:t>_</w:t>
      </w:r>
    </w:p>
    <w:p w14:paraId="5E633C70" w14:textId="1A9604EC" w:rsidR="0095183E" w:rsidRDefault="00AA4B90">
      <w:r>
        <w:t>Phone Number: _______________________________</w:t>
      </w:r>
      <w:r w:rsidR="00294CAF">
        <w:t>____________________________________________</w:t>
      </w:r>
    </w:p>
    <w:p w14:paraId="20126FF4" w14:textId="3A8698C9" w:rsidR="0095183E" w:rsidRDefault="00AA4B90">
      <w:r>
        <w:t>Mailing Address: _______________________________</w:t>
      </w:r>
      <w:r w:rsidR="00294CAF">
        <w:t>___________________________________________</w:t>
      </w:r>
      <w:r>
        <w:br/>
      </w:r>
    </w:p>
    <w:p w14:paraId="7E5DA041" w14:textId="77777777" w:rsidR="0095183E" w:rsidRDefault="00AA4B90">
      <w:r>
        <w:t>Number of Tables Requested (1 or 2): [Select: 1 / 2]</w:t>
      </w:r>
    </w:p>
    <w:p w14:paraId="68D9DBCA" w14:textId="77777777" w:rsidR="0095183E" w:rsidRDefault="00AA4B90">
      <w:r>
        <w:t>Electricity Needed: [Select: Yes / No]</w:t>
      </w:r>
    </w:p>
    <w:p w14:paraId="08D1D018" w14:textId="77777777" w:rsidR="0095183E" w:rsidRDefault="00AA4B90">
      <w:r>
        <w:t>Interested in Sponsoring?: [Select: Yes / No]</w:t>
      </w:r>
      <w:r>
        <w:br/>
      </w:r>
    </w:p>
    <w:p w14:paraId="7428D7EC" w14:textId="6DB67E05" w:rsidR="0095183E" w:rsidRDefault="00AA4B90">
      <w:r>
        <w:t>Authorized Signature: _______________________________</w:t>
      </w:r>
      <w:r w:rsidR="002D7560">
        <w:t>________________</w:t>
      </w:r>
    </w:p>
    <w:p w14:paraId="5DF06335" w14:textId="5950978F" w:rsidR="0095183E" w:rsidRDefault="00AA4B90">
      <w:r>
        <w:t>Date: ________________</w:t>
      </w:r>
      <w:r w:rsidR="002D7560">
        <w:t>______</w:t>
      </w:r>
      <w:r>
        <w:br/>
      </w:r>
    </w:p>
    <w:p w14:paraId="6A1AC670" w14:textId="77777777" w:rsidR="0095183E" w:rsidRDefault="00AA4B90">
      <w:r>
        <w:t>Please return completed form to: mmaloney@</w:t>
      </w:r>
      <w:r w:rsidR="00BF0265">
        <w:t>crystallake.org</w:t>
      </w:r>
    </w:p>
    <w:sectPr w:rsidR="0095183E" w:rsidSect="000346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42BA" w14:textId="77777777" w:rsidR="00D07197" w:rsidRDefault="00D07197" w:rsidP="00D07197">
      <w:pPr>
        <w:spacing w:after="0" w:line="240" w:lineRule="auto"/>
      </w:pPr>
      <w:r>
        <w:separator/>
      </w:r>
    </w:p>
  </w:endnote>
  <w:endnote w:type="continuationSeparator" w:id="0">
    <w:p w14:paraId="01CAB86F" w14:textId="77777777" w:rsidR="00D07197" w:rsidRDefault="00D07197" w:rsidP="00D0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BCA3" w14:textId="77777777" w:rsidR="0091701D" w:rsidRDefault="00917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A72EC" w14:textId="77777777" w:rsidR="0091701D" w:rsidRDefault="00917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C06CE" w14:textId="77777777" w:rsidR="0091701D" w:rsidRDefault="00917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13BF4" w14:textId="77777777" w:rsidR="00D07197" w:rsidRDefault="00D07197" w:rsidP="00D07197">
      <w:pPr>
        <w:spacing w:after="0" w:line="240" w:lineRule="auto"/>
      </w:pPr>
      <w:r>
        <w:separator/>
      </w:r>
    </w:p>
  </w:footnote>
  <w:footnote w:type="continuationSeparator" w:id="0">
    <w:p w14:paraId="29EE3294" w14:textId="77777777" w:rsidR="00D07197" w:rsidRDefault="00D07197" w:rsidP="00D0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1ED9" w14:textId="69F0014B" w:rsidR="0091701D" w:rsidRDefault="007C5D2A">
    <w:pPr>
      <w:pStyle w:val="Header"/>
    </w:pPr>
    <w:r>
      <w:rPr>
        <w:noProof/>
      </w:rPr>
      <w:pict w14:anchorId="376E8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065422" o:spid="_x0000_s2056" type="#_x0000_t75" style="position:absolute;margin-left:0;margin-top:0;width:430.95pt;height:368.5pt;z-index:-251657216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00499" w14:textId="25B2A749" w:rsidR="0091701D" w:rsidRDefault="007C5D2A">
    <w:pPr>
      <w:pStyle w:val="Header"/>
    </w:pPr>
    <w:r>
      <w:rPr>
        <w:noProof/>
      </w:rPr>
      <w:pict w14:anchorId="51C85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065423" o:spid="_x0000_s2057" type="#_x0000_t75" style="position:absolute;margin-left:0;margin-top:0;width:430.95pt;height:368.5pt;z-index:-251656192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C390C" w14:textId="03C60B63" w:rsidR="0091701D" w:rsidRDefault="007C5D2A">
    <w:pPr>
      <w:pStyle w:val="Header"/>
    </w:pPr>
    <w:r>
      <w:rPr>
        <w:noProof/>
      </w:rPr>
      <w:pict w14:anchorId="5FAF7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6065421" o:spid="_x0000_s2055" type="#_x0000_t75" style="position:absolute;margin-left:0;margin-top:0;width:430.95pt;height:368.5pt;z-index:-251658240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47410599">
    <w:abstractNumId w:val="8"/>
  </w:num>
  <w:num w:numId="2" w16cid:durableId="539560293">
    <w:abstractNumId w:val="6"/>
  </w:num>
  <w:num w:numId="3" w16cid:durableId="64498772">
    <w:abstractNumId w:val="5"/>
  </w:num>
  <w:num w:numId="4" w16cid:durableId="1638683547">
    <w:abstractNumId w:val="4"/>
  </w:num>
  <w:num w:numId="5" w16cid:durableId="218326587">
    <w:abstractNumId w:val="7"/>
  </w:num>
  <w:num w:numId="6" w16cid:durableId="340472651">
    <w:abstractNumId w:val="3"/>
  </w:num>
  <w:num w:numId="7" w16cid:durableId="2130123721">
    <w:abstractNumId w:val="2"/>
  </w:num>
  <w:num w:numId="8" w16cid:durableId="485316710">
    <w:abstractNumId w:val="1"/>
  </w:num>
  <w:num w:numId="9" w16cid:durableId="776293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0060D"/>
    <w:rsid w:val="00034616"/>
    <w:rsid w:val="0006063C"/>
    <w:rsid w:val="000C5C33"/>
    <w:rsid w:val="0015074B"/>
    <w:rsid w:val="00206BE2"/>
    <w:rsid w:val="00294CAF"/>
    <w:rsid w:val="0029639D"/>
    <w:rsid w:val="002D7560"/>
    <w:rsid w:val="00326F90"/>
    <w:rsid w:val="004B5594"/>
    <w:rsid w:val="005877CE"/>
    <w:rsid w:val="00647FA8"/>
    <w:rsid w:val="006F6F49"/>
    <w:rsid w:val="00720259"/>
    <w:rsid w:val="007B6C92"/>
    <w:rsid w:val="007C5D2A"/>
    <w:rsid w:val="00834E6D"/>
    <w:rsid w:val="008D632D"/>
    <w:rsid w:val="0091701D"/>
    <w:rsid w:val="0095183E"/>
    <w:rsid w:val="00A052C2"/>
    <w:rsid w:val="00AA1D8D"/>
    <w:rsid w:val="00AA4B90"/>
    <w:rsid w:val="00B47730"/>
    <w:rsid w:val="00B9756F"/>
    <w:rsid w:val="00BF0265"/>
    <w:rsid w:val="00BF4FDF"/>
    <w:rsid w:val="00C85A45"/>
    <w:rsid w:val="00CB0664"/>
    <w:rsid w:val="00D07197"/>
    <w:rsid w:val="00D519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13B537B2"/>
  <w14:defaultImageDpi w14:val="300"/>
  <w15:docId w15:val="{B9020779-6BE7-4170-86C5-3214FE0F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9F5DBD-84D1-48C2-8ED5-1E9DD2B02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Mike Quick</cp:lastModifiedBy>
  <cp:revision>2</cp:revision>
  <dcterms:created xsi:type="dcterms:W3CDTF">2026-02-09T19:41:00Z</dcterms:created>
  <dcterms:modified xsi:type="dcterms:W3CDTF">2026-02-09T19:41:00Z</dcterms:modified>
  <cp:category/>
</cp:coreProperties>
</file>